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8.5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Graphing Inequalities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boundary point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punto límite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closed circle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círculo cerrado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open circle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círculo abierto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Chooses arrow direction from the symbol’s appearance without checking a value.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Testing Solutions to Inequalities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substitute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sustituir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solution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solución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true statement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enunciado verdadero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Reports only the listed candidates as the complete solution set.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8.5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8.5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