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9-1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Explore Relationships Between Two Variables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Complete a table of values from a rule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Put each x into the rule. Do the arithmetic. Write the answer as that row’s y.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Rule: y = 2x, where x is songs and y is total cost in dollars.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When x = 1: y = 2 × 1 = 2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When x = 2: y = 2 × ______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When x = 3: y = 2 × 3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5x. Find y for x = 1, 2, 3: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4x. Find y for x = 2, 3, 5: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x + 6. Find y for x = 0, 3, 9: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10x. Find y for x = 4, 7, 12: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bus holds 30 riders, so y = 30x, where x is the number of buses. Find y for x = 2, 5, 8: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2x + 1. Find y for x = 1, 4, 6: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6x. One row of the table has y = 42. In that row, x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Songs cost $2 each. The rule is y = ______x. Use it: 6 songs cost $______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9: Two-variable Relationships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9-1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9.1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