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spacing w:after="120" w:line="259" w:lineRule="auto"/>
      </w:pPr>
      <w:r>
        <w:rPr>
          <w:rFonts w:ascii="Arial" w:hAnsi="Arial"/>
          <w:b/>
          <w:color w:val="202B33"/>
          <w:sz w:val="36"/>
        </w:rPr>
        <w:t>Lesson 9.3 Explain Your Thinking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1 · Equations from Tables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equation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ecuación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constant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constante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rate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tasa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The output ___ depends on ___ because the rule ___. Therefore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Confuses constant difference with constant ratio or divides by zero.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p>
      <w:r>
        <w:br w:type="page"/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2 · Equations from Situations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unit rate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tasa unitaria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multiplicative rule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regla multiplicativa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additive rule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regla aditiva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The output ___ depends on ___ because the rule ___. Therefore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Multiplies the fixed fee by the number of items or leaves variables undefined.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1080" w:bottom="893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b w:val="0"/>
        <w:color w:val="202B33"/>
        <w:sz w:val="16"/>
      </w:rPr>
      <w:t xml:space="preserve">October 2026 · Lesson 9.3 Explain Your Thinking ·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b/>
        <w:color w:val="003A70"/>
        <w:sz w:val="17"/>
      </w:rPr>
      <w:t>GRADE 6 MATHEMATICS  |  STUDENT SUPPORT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02B33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02B33"/>
      <w:spacing w:val="5"/>
      <w:kern w:val="28"/>
      <w:sz w:val="23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9.3 Explain Your Thinking</dc:title>
  <dc:subject>Student support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