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9-3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Write Equations to Represent Relationships Between Two Variables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Find the factor from a table, then write y = (factor)x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Divide y by x in one row. Check that the other rows give the same answer. That number is the factor, so y = (factor)x.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Table: x = 1, 2, 3 and y = 3, 6, 9.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3 ÷ 1 = 3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6 ÷ 2 = ______        9 ÷ 3 =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Same factor in every row, so y = ______x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Table: x = 1, 2, 3 and y = 5, 10, 15. y = ______x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Table: x = 1, 2, 3 and y = 7, 14, 21. y = ______x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Table: x = 2, 4, 6 and y = 8, 16, 24. y = ______x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Table: x = 3, 5, 9 and y = 30, 50, 90. y = ______x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Pairs (4, 2), (8, 4), (12, 6). Write y in terms of x: y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printer prints 6 pages each minute: (1, 6), (2, 12), (5, 30). Write y in terms of x: y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In y = 8x, one row of the table has y = 56. In that row, x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Table: x = 2, 3, 4 and y = 10, 15, 20. Is y = 5x true for every row? ______   Write y in terms of x: y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9: Two-variable Relationships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9-3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9.3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