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spacing w:after="120" w:line="259" w:lineRule="auto"/>
      </w:pPr>
      <w:r>
        <w:rPr>
          <w:rFonts w:ascii="Arial" w:hAnsi="Arial"/>
          <w:b/>
          <w:color w:val="202B33"/>
          <w:sz w:val="36"/>
        </w:rPr>
        <w:t>Lesson 9.4 Explain Your Thinking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1 · Substitute and Solve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substitute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sustituir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equation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ecuación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reasonable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razonable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output ___ depends on ___ because the rule ___. Therefore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Adds the fee before multiplying or gives a value without answering the decision.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p>
      <w:r>
        <w:br w:type="page"/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2 · Working Backward to a Goal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work backward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trabajar hacia atrás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inverse operation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operación inversa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goal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meta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output ___ depends on ___ because the rule ___. Therefore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Always rounds up, including a maximum-budget problem.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80" w:bottom="893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202B33"/>
        <w:sz w:val="16"/>
      </w:rPr>
      <w:t xml:space="preserve">October 2026 · Lesson 9.4 Explain Your Thinking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color w:val="003A70"/>
        <w:sz w:val="17"/>
      </w:rPr>
      <w:t>GRADE 6 MATHEMATICS  |  STUDENT SUPPORT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02B33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B33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9.4 Explain Your Thinking</dc:title>
  <dc:subject>Student support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