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9-4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8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1"/>
          <w:u w:val="none"/>
        </w:rPr>
        <w:t xml:space="preserve">Apply Two-Variable Relationships to Solve Problems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Use y = (rate)x in both directions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Given x, multiply to find y. Given y, divide by the rate to find x. The rate may be a decimal.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Muffins cost $3 each, so y = 3x.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Cost of 7 muffins: y = 3 × 7 = ______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Now go the other way. You have $24, so 24 = 3x.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x = 24 ÷ 3 = ______, so you can buy ______ muffins.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 = 3x. Find y when x = 9. y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 = 3x. If y = 36, then x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 = 12x. Find y when x = 5. y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 = 7x. If y = 63, then x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notebook costs $1.50, so y = 1.5x. Find the cost of 6 notebooks: $______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Apples cost $0.75 each, so y = 0.75x. You spend $6.00. x = ______ apples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Tickets cost $8 each and you have $50. You can buy ______ tickets, with $______ left over.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Beads cost $2 each. Write the equation: y = ______   You have $30, so you can buy ______ beads.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9: Two-variable Relationships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9-4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9.4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